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color w:val="B42618"/>
          <w:sz w:val="22"/>
        </w:rPr>
        <w:t>ЧЕРНОВИК — не отправлено, ждёт проверки куратора</w:t>
      </w:r>
    </w:p>
    <w:p>
      <w:pPr>
        <w:spacing w:after="40"/>
      </w:pPr>
      <w:r>
        <w:rPr>
          <w:b w:val="0"/>
        </w:rPr>
        <w:t>Кому: ООО «BIG BAG SALE»</w:t>
      </w:r>
    </w:p>
    <w:p>
      <w:pPr>
        <w:spacing w:after="40"/>
      </w:pPr>
      <w:r>
        <w:rPr>
          <w:b w:val="0"/>
        </w:rPr>
        <w:t>От: Cravetech ⟨УТОЧНИТЬ: полное юридическое наименование отправителя⟩</w:t>
      </w:r>
    </w:p>
    <w:p>
      <w:pPr>
        <w:spacing w:after="40"/>
        <w:jc w:val="right"/>
      </w:pPr>
      <w:r>
        <w:rPr>
          <w:b w:val="0"/>
        </w:rPr>
        <w:t>г. Ташкент, 8 сентября 2026 г.</w:t>
      </w:r>
    </w:p>
    <w:p>
      <w:pPr>
        <w:spacing w:after="120"/>
      </w:pPr>
      <w:r>
        <w:rPr>
          <w:b w:val="0"/>
        </w:rPr>
      </w:r>
    </w:p>
    <w:p>
      <w:pPr>
        <w:spacing w:after="240"/>
      </w:pPr>
      <w:r>
        <w:rPr>
          <w:b/>
        </w:rPr>
        <w:t>Тема: Напоминание об оплате счёта № 1661 от 12.05.2026</w:t>
      </w:r>
    </w:p>
    <w:p>
      <w:pPr>
        <w:spacing w:after="200"/>
      </w:pPr>
      <w:r>
        <w:rPr>
          <w:b w:val="0"/>
        </w:rPr>
        <w:t>Уважаемые коллеги!</w:t>
      </w:r>
    </w:p>
    <w:p>
      <w:pPr>
        <w:spacing w:after="160"/>
        <w:ind w:firstLine="567"/>
        <w:jc w:val="both"/>
      </w:pPr>
      <w:r>
        <w:rPr>
          <w:b w:val="0"/>
        </w:rPr>
        <w:t>Благодарим Вас за сотрудничество с нами.</w:t>
      </w:r>
    </w:p>
    <w:p>
      <w:pPr>
        <w:spacing w:after="160"/>
        <w:ind w:firstLine="567"/>
        <w:jc w:val="both"/>
      </w:pPr>
      <w:r>
        <w:rPr>
          <w:b w:val="0"/>
        </w:rPr>
        <w:t>Напоминаем, что по нашим данным по состоянию на 8 сентября 2026 г. остаётся неоплаченным счёт № 1661 от 12 мая 2026 г. на сумму 200 (двести) USD.</w:t>
      </w:r>
    </w:p>
    <w:p>
      <w:pPr>
        <w:spacing w:after="160"/>
        <w:ind w:firstLine="567"/>
        <w:jc w:val="both"/>
      </w:pPr>
      <w:r>
        <w:rPr>
          <w:b w:val="0"/>
        </w:rPr>
        <w:t>Будем признательны, если Вы сможете произвести оплату или сообщить нам ориентировочную дату платежа. Если оплата уже прошла, пожалуйста, направьте нам копию платёжного документа — мы сверим поступление и сразу снимем вопрос.</w:t>
      </w:r>
    </w:p>
    <w:p>
      <w:pPr>
        <w:spacing w:after="160"/>
        <w:ind w:firstLine="567"/>
        <w:jc w:val="both"/>
      </w:pPr>
      <w:r>
        <w:rPr>
          <w:b w:val="0"/>
        </w:rPr>
        <w:t>Если по счёту нужны дополнительные документы (копия счёта, акт сверки) или у Вас есть вопросы по позициям — с удовольствием их предоставим и ответим.</w:t>
      </w:r>
    </w:p>
    <w:p>
      <w:pPr>
        <w:spacing w:after="160"/>
        <w:ind w:firstLine="567"/>
        <w:jc w:val="both"/>
      </w:pPr>
      <w:r>
        <w:rPr>
          <w:b w:val="0"/>
        </w:rPr>
        <w:t>Реквизиты для оплаты указаны в счёте № 1661.</w:t>
      </w:r>
    </w:p>
    <w:p>
      <w:pPr>
        <w:spacing w:after="200"/>
      </w:pPr>
      <w:r>
        <w:rPr>
          <w:b w:val="0"/>
        </w:rPr>
      </w:r>
    </w:p>
    <w:p>
      <w:pPr>
        <w:spacing w:after="40"/>
      </w:pPr>
      <w:r>
        <w:rPr>
          <w:b w:val="0"/>
        </w:rPr>
        <w:t>С уважением,</w:t>
      </w:r>
    </w:p>
    <w:p>
      <w:pPr>
        <w:spacing w:after="40"/>
      </w:pPr>
      <w:r>
        <w:rPr>
          <w:b w:val="0"/>
        </w:rPr>
        <w:t>⟨УТОЧНИТЬ: ФИО и должность подписанта⟩</w:t>
      </w:r>
    </w:p>
    <w:p>
      <w:pPr>
        <w:spacing w:after="120"/>
      </w:pPr>
      <w:r>
        <w:rPr>
          <w:b w:val="0"/>
        </w:rPr>
        <w:t>⟨УТОЧНИТЬ: телефон / e-mail для связи⟩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